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0D6CA" w14:textId="02AACF15" w:rsidR="00A1277F" w:rsidRDefault="00A1277F" w:rsidP="00A1277F">
      <w:pPr>
        <w:jc w:val="right"/>
      </w:pPr>
      <w:r>
        <w:fldChar w:fldCharType="begin"/>
      </w:r>
      <w:r w:rsidR="00784A63">
        <w:instrText xml:space="preserve"> INCLUDEPICTURE "C:\\Users\\tjbmacbook\\Library\\Group Containers\\UBF8T346G9.ms\\WebArchiveCopyPasteTempFiles\\com.microsoft.Word\\images?q=tbnANd9GcSa-zLl5Ko3HVxDjib1HKHt4_mSHSAkbMqYbmbGXj6r8A&amp;s=10" \* MERGEFORMAT </w:instrText>
      </w:r>
      <w:r>
        <w:fldChar w:fldCharType="separate"/>
      </w:r>
      <w:r>
        <w:rPr>
          <w:noProof/>
        </w:rPr>
        <w:drawing>
          <wp:inline distT="0" distB="0" distL="0" distR="0" wp14:anchorId="32D1A844" wp14:editId="30311744">
            <wp:extent cx="1232807" cy="1330975"/>
            <wp:effectExtent l="0" t="0" r="0" b="2540"/>
            <wp:docPr id="2047375280" name="Picture 1" descr="Centenary Logo - Orford Sailing Cl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R9lxapPWM9mkhbIP0634uA0_93" descr="Centenary Logo - Orford Sailing Clu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761" cy="139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651AC548" w14:textId="6E849853" w:rsidR="00BB03E0" w:rsidRDefault="00784A63" w:rsidP="002F6332">
      <w:pPr>
        <w:pStyle w:val="Heading1"/>
      </w:pPr>
      <w:r>
        <w:t>Orford Sailing Club Centenary Fund Donation Form</w:t>
      </w:r>
      <w:r w:rsidR="00A1277F" w:rsidRPr="00A1277F">
        <w:t xml:space="preserve"> </w:t>
      </w:r>
    </w:p>
    <w:p w14:paraId="68DCEAA1" w14:textId="77777777" w:rsidR="00FF32A4" w:rsidRPr="00FF32A4" w:rsidRDefault="00FF32A4" w:rsidP="00FF32A4"/>
    <w:p w14:paraId="0908463C" w14:textId="2F97E5FF" w:rsidR="002F6332" w:rsidRDefault="002F6332">
      <w:pPr>
        <w:shd w:val="clear" w:color="auto" w:fill="D9EAF7"/>
        <w:rPr>
          <w:color w:val="17365D"/>
          <w:lang w:val="en-GB" w:eastAsia="en-GB"/>
        </w:rPr>
      </w:pPr>
      <w:r>
        <w:rPr>
          <w:b/>
          <w:bCs/>
          <w:color w:val="17365D"/>
        </w:rPr>
        <w:t xml:space="preserve">Please complete this form and return it to Orford Sailing Club. </w:t>
      </w:r>
      <w:r w:rsidR="00FF32A4">
        <w:rPr>
          <w:b/>
          <w:bCs/>
          <w:color w:val="17365D"/>
        </w:rPr>
        <w:t xml:space="preserve">Email: </w:t>
      </w:r>
      <w:hyperlink r:id="rId7" w:history="1">
        <w:r w:rsidR="00FF32A4" w:rsidRPr="00FC1C34">
          <w:rPr>
            <w:rStyle w:val="Hyperlink"/>
            <w:b/>
            <w:bCs/>
          </w:rPr>
          <w:t>Honsec@orfordsail.org.uk</w:t>
        </w:r>
      </w:hyperlink>
      <w:r w:rsidR="00FF32A4">
        <w:rPr>
          <w:b/>
          <w:bCs/>
          <w:color w:val="17365D"/>
        </w:rPr>
        <w:t xml:space="preserve"> or Post 15 Wye Close, Bletchley, Milton Keynes, MK3 7PJ </w:t>
      </w:r>
      <w:r>
        <w:rPr>
          <w:b/>
          <w:bCs/>
          <w:color w:val="17365D"/>
        </w:rPr>
        <w:t>Thank you for helping secure the Club’s next century on the water.</w:t>
      </w:r>
    </w:p>
    <w:p w14:paraId="3FCEBAE4" w14:textId="77777777" w:rsidR="00BB03E0" w:rsidRDefault="007E4269" w:rsidP="007E4269">
      <w:pPr>
        <w:pStyle w:val="Heading2"/>
      </w:pPr>
      <w:r w:rsidRPr="007E4269">
        <w:t xml:space="preserve">1. </w:t>
      </w:r>
      <w:r w:rsidR="00784A63">
        <w:t>Your Details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019"/>
        <w:gridCol w:w="7045"/>
      </w:tblGrid>
      <w:tr w:rsidR="007E4269" w14:paraId="1A714AED" w14:textId="77777777"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17365D"/>
            <w:vAlign w:val="center"/>
            <w:hideMark/>
          </w:tcPr>
          <w:p w14:paraId="7F2A737B" w14:textId="77777777" w:rsidR="007E4269" w:rsidRDefault="007E4269">
            <w:pPr>
              <w:rPr>
                <w:color w:val="FFFFFF"/>
                <w:lang w:val="en-GB" w:eastAsia="en-GB"/>
              </w:rPr>
            </w:pPr>
            <w:r>
              <w:rPr>
                <w:b/>
                <w:bCs/>
                <w:color w:val="FFFFFF"/>
              </w:rPr>
              <w:t>Full name</w:t>
            </w:r>
          </w:p>
        </w:tc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9D2A6D" w14:textId="77777777" w:rsidR="007E4269" w:rsidRDefault="007E4269">
            <w:r>
              <w:t> </w:t>
            </w:r>
          </w:p>
        </w:tc>
      </w:tr>
      <w:tr w:rsidR="007E4269" w14:paraId="1B1AEA91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17365D"/>
            <w:vAlign w:val="center"/>
            <w:hideMark/>
          </w:tcPr>
          <w:p w14:paraId="075429D6" w14:textId="77777777" w:rsidR="007E4269" w:rsidRDefault="007E4269">
            <w:pPr>
              <w:rPr>
                <w:color w:val="FFFFFF"/>
              </w:rPr>
            </w:pPr>
            <w:r>
              <w:rPr>
                <w:b/>
                <w:bCs/>
                <w:color w:val="FFFFFF"/>
              </w:rPr>
              <w:t>Address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5B203" w14:textId="77777777" w:rsidR="007E4269" w:rsidRDefault="007E4269">
            <w:r>
              <w:t> </w:t>
            </w:r>
          </w:p>
        </w:tc>
      </w:tr>
      <w:tr w:rsidR="007E4269" w14:paraId="7C984CCA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17365D"/>
            <w:vAlign w:val="center"/>
            <w:hideMark/>
          </w:tcPr>
          <w:p w14:paraId="72A58F78" w14:textId="77777777" w:rsidR="007E4269" w:rsidRDefault="007E4269">
            <w:pPr>
              <w:rPr>
                <w:color w:val="FFFFFF"/>
              </w:rPr>
            </w:pPr>
            <w:r>
              <w:rPr>
                <w:b/>
                <w:bCs/>
                <w:color w:val="FFFFFF"/>
              </w:rPr>
              <w:t>Postcode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7DE3C8" w14:textId="77777777" w:rsidR="007E4269" w:rsidRDefault="007E4269">
            <w:r>
              <w:t> </w:t>
            </w:r>
          </w:p>
        </w:tc>
      </w:tr>
      <w:tr w:rsidR="007E4269" w14:paraId="575CAC13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17365D"/>
            <w:vAlign w:val="center"/>
            <w:hideMark/>
          </w:tcPr>
          <w:p w14:paraId="79C6D91D" w14:textId="77777777" w:rsidR="007E4269" w:rsidRDefault="007E4269">
            <w:pPr>
              <w:rPr>
                <w:color w:val="FFFFFF"/>
              </w:rPr>
            </w:pPr>
            <w:r>
              <w:rPr>
                <w:b/>
                <w:bCs/>
                <w:color w:val="FFFFFF"/>
              </w:rPr>
              <w:t>Email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8437C7" w14:textId="77777777" w:rsidR="007E4269" w:rsidRDefault="007E4269">
            <w:r>
              <w:t> </w:t>
            </w:r>
          </w:p>
        </w:tc>
      </w:tr>
      <w:tr w:rsidR="007E4269" w14:paraId="2041BCA6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17365D"/>
            <w:vAlign w:val="center"/>
            <w:hideMark/>
          </w:tcPr>
          <w:p w14:paraId="19424C7E" w14:textId="77777777" w:rsidR="007E4269" w:rsidRDefault="007E4269">
            <w:pPr>
              <w:rPr>
                <w:color w:val="FFFFFF"/>
              </w:rPr>
            </w:pPr>
            <w:r>
              <w:rPr>
                <w:b/>
                <w:bCs/>
                <w:color w:val="FFFFFF"/>
              </w:rPr>
              <w:t>Phone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D2D5B" w14:textId="77777777" w:rsidR="007E4269" w:rsidRDefault="007E4269">
            <w:r>
              <w:t> </w:t>
            </w:r>
          </w:p>
        </w:tc>
      </w:tr>
    </w:tbl>
    <w:p w14:paraId="558C9D19" w14:textId="77777777" w:rsidR="007E4269" w:rsidRDefault="007E4269">
      <w:pPr>
        <w:rPr>
          <w:lang w:val="en-GB" w:eastAsia="en-GB"/>
        </w:rPr>
      </w:pPr>
    </w:p>
    <w:p w14:paraId="268B4B81" w14:textId="77777777" w:rsidR="00BB03E0" w:rsidRDefault="00815821" w:rsidP="00815821">
      <w:pPr>
        <w:pStyle w:val="Heading2"/>
      </w:pPr>
      <w:r w:rsidRPr="00815821">
        <w:t xml:space="preserve">2. </w:t>
      </w:r>
      <w:r w:rsidR="00784A63">
        <w:t>Donation Options</w:t>
      </w:r>
    </w:p>
    <w:p w14:paraId="589013F0" w14:textId="77777777" w:rsidR="00BB03E0" w:rsidRDefault="00784A63" w:rsidP="00D05060">
      <w:pPr>
        <w:pStyle w:val="Heading3"/>
      </w:pPr>
      <w:r>
        <w:t>Regular Giving</w:t>
      </w:r>
      <w:r w:rsidR="00D05060" w:rsidRPr="00D05060">
        <w:t xml:space="preserve"> — Friend of OSC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007"/>
        <w:gridCol w:w="3886"/>
        <w:gridCol w:w="1006"/>
        <w:gridCol w:w="4165"/>
      </w:tblGrid>
      <w:tr w:rsidR="00D05060" w14:paraId="56A7F628" w14:textId="77777777"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AF7"/>
            <w:vAlign w:val="center"/>
            <w:hideMark/>
          </w:tcPr>
          <w:p w14:paraId="0200A1D0" w14:textId="77777777" w:rsidR="00D05060" w:rsidRDefault="00D05060">
            <w:pPr>
              <w:rPr>
                <w:lang w:val="en-GB" w:eastAsia="en-GB"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4C585D" w14:textId="77777777" w:rsidR="00D05060" w:rsidRDefault="00D05060">
            <w:r>
              <w:t>£10 per month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AF7"/>
            <w:vAlign w:val="center"/>
            <w:hideMark/>
          </w:tcPr>
          <w:p w14:paraId="24E6E3A5" w14:textId="77777777" w:rsidR="00D05060" w:rsidRDefault="00D05060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B80516" w14:textId="77777777" w:rsidR="00D05060" w:rsidRDefault="00D05060">
            <w:r>
              <w:t>£20 per month</w:t>
            </w:r>
          </w:p>
        </w:tc>
      </w:tr>
      <w:tr w:rsidR="00D05060" w14:paraId="3E4D8A0A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AF7"/>
            <w:vAlign w:val="center"/>
            <w:hideMark/>
          </w:tcPr>
          <w:p w14:paraId="049B3C38" w14:textId="77777777" w:rsidR="00D05060" w:rsidRDefault="00D05060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61E218" w14:textId="77777777" w:rsidR="00D05060" w:rsidRDefault="00D05060">
            <w:r>
              <w:t>£50 per month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AF7"/>
            <w:vAlign w:val="center"/>
            <w:hideMark/>
          </w:tcPr>
          <w:p w14:paraId="102BA3F0" w14:textId="77777777" w:rsidR="00D05060" w:rsidRDefault="00D05060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3CF345" w14:textId="77777777" w:rsidR="00D05060" w:rsidRDefault="00D05060">
            <w:r>
              <w:t>£100 per month</w:t>
            </w:r>
          </w:p>
        </w:tc>
      </w:tr>
      <w:tr w:rsidR="00D05060" w14:paraId="54000E17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AF7"/>
            <w:vAlign w:val="center"/>
            <w:hideMark/>
          </w:tcPr>
          <w:p w14:paraId="3FB571BB" w14:textId="77777777" w:rsidR="00D05060" w:rsidRDefault="00D05060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D8F371" w14:textId="77777777" w:rsidR="00D05060" w:rsidRDefault="00D05060">
            <w:r>
              <w:t>Other amount: £__________ per month</w:t>
            </w:r>
          </w:p>
        </w:tc>
      </w:tr>
    </w:tbl>
    <w:p w14:paraId="78BF97AF" w14:textId="77777777" w:rsidR="00D05060" w:rsidRDefault="00D05060">
      <w:pPr>
        <w:rPr>
          <w:lang w:val="en-GB" w:eastAsia="en-GB"/>
        </w:rPr>
      </w:pPr>
    </w:p>
    <w:p w14:paraId="6336F8F0" w14:textId="77777777" w:rsidR="00BB03E0" w:rsidRDefault="000D1676" w:rsidP="000D1676">
      <w:pPr>
        <w:pStyle w:val="Heading3"/>
      </w:pPr>
      <w:r w:rsidRPr="000D1676">
        <w:t xml:space="preserve">Legacy Gift — </w:t>
      </w:r>
      <w:r w:rsidR="00784A63">
        <w:t>Include OSC in Your Will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007"/>
        <w:gridCol w:w="3640"/>
        <w:gridCol w:w="1006"/>
        <w:gridCol w:w="4411"/>
      </w:tblGrid>
      <w:tr w:rsidR="000D1676" w14:paraId="3673E7C4" w14:textId="77777777"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AF7"/>
            <w:vAlign w:val="center"/>
            <w:hideMark/>
          </w:tcPr>
          <w:p w14:paraId="399F7ED0" w14:textId="77777777" w:rsidR="000D1676" w:rsidRDefault="000D1676">
            <w:pPr>
              <w:rPr>
                <w:lang w:val="en-GB" w:eastAsia="en-GB"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0CF86" w14:textId="77777777" w:rsidR="000D1676" w:rsidRDefault="000D1676">
            <w:r>
              <w:t>£500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AF7"/>
            <w:vAlign w:val="center"/>
            <w:hideMark/>
          </w:tcPr>
          <w:p w14:paraId="03B618FB" w14:textId="77777777" w:rsidR="000D1676" w:rsidRDefault="000D1676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E90BBA" w14:textId="77777777" w:rsidR="000D1676" w:rsidRDefault="000D1676">
            <w:r>
              <w:t>£1,000</w:t>
            </w:r>
          </w:p>
        </w:tc>
      </w:tr>
      <w:tr w:rsidR="000D1676" w14:paraId="4BB947B1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AF7"/>
            <w:vAlign w:val="center"/>
            <w:hideMark/>
          </w:tcPr>
          <w:p w14:paraId="178F1429" w14:textId="77777777" w:rsidR="000D1676" w:rsidRDefault="000D1676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052715" w14:textId="77777777" w:rsidR="000D1676" w:rsidRDefault="000D1676">
            <w:r>
              <w:t>Other amount: £__________</w:t>
            </w:r>
          </w:p>
        </w:tc>
      </w:tr>
      <w:tr w:rsidR="000D1676" w14:paraId="2122FF06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AF7"/>
            <w:vAlign w:val="center"/>
            <w:hideMark/>
          </w:tcPr>
          <w:p w14:paraId="1E001CD5" w14:textId="77777777" w:rsidR="000D1676" w:rsidRDefault="000D1676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5ECE75" w14:textId="77777777" w:rsidR="000D1676" w:rsidRDefault="000D1676">
            <w:r>
              <w:t>Please contact me about leaving a legacy gift to Orford Sailing Club</w:t>
            </w:r>
          </w:p>
        </w:tc>
      </w:tr>
    </w:tbl>
    <w:p w14:paraId="5824CE91" w14:textId="77777777" w:rsidR="000D1676" w:rsidRDefault="000D1676">
      <w:pPr>
        <w:rPr>
          <w:lang w:val="en-GB" w:eastAsia="en-GB"/>
        </w:rPr>
      </w:pPr>
    </w:p>
    <w:p w14:paraId="4F5739EA" w14:textId="77777777" w:rsidR="00BB03E0" w:rsidRDefault="00784A63" w:rsidP="00BC6379">
      <w:pPr>
        <w:pStyle w:val="Heading3"/>
      </w:pPr>
      <w:r>
        <w:t>One-Off Donation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007"/>
        <w:gridCol w:w="3639"/>
        <w:gridCol w:w="1006"/>
        <w:gridCol w:w="4412"/>
      </w:tblGrid>
      <w:tr w:rsidR="00BC6379" w14:paraId="056982EC" w14:textId="77777777"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AF7"/>
            <w:vAlign w:val="center"/>
            <w:hideMark/>
          </w:tcPr>
          <w:p w14:paraId="2C2D84F6" w14:textId="77777777" w:rsidR="00BC6379" w:rsidRDefault="00BC6379">
            <w:pPr>
              <w:rPr>
                <w:lang w:val="en-GB" w:eastAsia="en-GB"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2A7FB" w14:textId="77777777" w:rsidR="00BC6379" w:rsidRDefault="00BC6379">
            <w:r>
              <w:t>£500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AF7"/>
            <w:vAlign w:val="center"/>
            <w:hideMark/>
          </w:tcPr>
          <w:p w14:paraId="2303477D" w14:textId="77777777" w:rsidR="00BC6379" w:rsidRDefault="00BC6379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A5130" w14:textId="77777777" w:rsidR="00BC6379" w:rsidRDefault="00BC6379">
            <w:r>
              <w:t>£1,000</w:t>
            </w:r>
          </w:p>
        </w:tc>
      </w:tr>
      <w:tr w:rsidR="00BC6379" w14:paraId="220D89C8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AF7"/>
            <w:vAlign w:val="center"/>
            <w:hideMark/>
          </w:tcPr>
          <w:p w14:paraId="3BD03B1A" w14:textId="77777777" w:rsidR="00BC6379" w:rsidRDefault="00BC6379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782418" w14:textId="77777777" w:rsidR="00BC6379" w:rsidRDefault="00BC6379">
            <w:r>
              <w:t>Other amount: £__________</w:t>
            </w:r>
          </w:p>
        </w:tc>
      </w:tr>
    </w:tbl>
    <w:p w14:paraId="7E638D10" w14:textId="77777777" w:rsidR="00BC6379" w:rsidRDefault="00BC6379">
      <w:pPr>
        <w:rPr>
          <w:lang w:val="en-GB" w:eastAsia="en-GB"/>
        </w:rPr>
      </w:pPr>
    </w:p>
    <w:p w14:paraId="6B190794" w14:textId="77777777" w:rsidR="00D71417" w:rsidRDefault="00D71417">
      <w:pPr>
        <w:rPr>
          <w:lang w:val="en-GB" w:eastAsia="en-GB"/>
        </w:rPr>
      </w:pPr>
    </w:p>
    <w:p w14:paraId="76B5B3A7" w14:textId="77777777" w:rsidR="00D71417" w:rsidRDefault="00D71417">
      <w:pPr>
        <w:rPr>
          <w:lang w:val="en-GB" w:eastAsia="en-GB"/>
        </w:rPr>
      </w:pPr>
    </w:p>
    <w:p w14:paraId="253733F9" w14:textId="77777777" w:rsidR="00BB03E0" w:rsidRDefault="009F201E" w:rsidP="009F201E">
      <w:pPr>
        <w:pStyle w:val="Heading2"/>
      </w:pPr>
      <w:r w:rsidRPr="009F201E">
        <w:lastRenderedPageBreak/>
        <w:t xml:space="preserve">3. </w:t>
      </w:r>
      <w:r w:rsidR="00784A63">
        <w:t>Payment Details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006"/>
        <w:gridCol w:w="9058"/>
      </w:tblGrid>
      <w:tr w:rsidR="009F201E" w14:paraId="19463585" w14:textId="77777777"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AF7"/>
            <w:vAlign w:val="center"/>
            <w:hideMark/>
          </w:tcPr>
          <w:p w14:paraId="1B1EA77B" w14:textId="77777777" w:rsidR="009F201E" w:rsidRDefault="009F201E">
            <w:pPr>
              <w:rPr>
                <w:lang w:val="en-GB" w:eastAsia="en-GB"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0BC9B7" w14:textId="77777777" w:rsidR="009F201E" w:rsidRDefault="009F201E">
            <w:r>
              <w:t>I have set up a standing order with my bank</w:t>
            </w:r>
          </w:p>
        </w:tc>
      </w:tr>
      <w:tr w:rsidR="009F201E" w14:paraId="6FAE117E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AF7"/>
            <w:vAlign w:val="center"/>
            <w:hideMark/>
          </w:tcPr>
          <w:p w14:paraId="357FE019" w14:textId="77777777" w:rsidR="009F201E" w:rsidRDefault="009F201E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C4F315" w14:textId="77777777" w:rsidR="009F201E" w:rsidRDefault="009F201E">
            <w:r>
              <w:t>I enclose a cheque payable to Orford Sailing Club Centenary Fund</w:t>
            </w:r>
          </w:p>
        </w:tc>
      </w:tr>
      <w:tr w:rsidR="009F201E" w14:paraId="44CBBC75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EAF7"/>
            <w:vAlign w:val="center"/>
            <w:hideMark/>
          </w:tcPr>
          <w:p w14:paraId="03E1F6B4" w14:textId="77777777" w:rsidR="009F201E" w:rsidRDefault="009F201E"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20879" w14:textId="77777777" w:rsidR="009F201E" w:rsidRDefault="009F201E">
            <w:r>
              <w:t>Please contact me to arrange payment</w:t>
            </w:r>
          </w:p>
        </w:tc>
      </w:tr>
      <w:tr w:rsidR="009F201E" w14:paraId="05C39423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17365D"/>
            <w:vAlign w:val="center"/>
            <w:hideMark/>
          </w:tcPr>
          <w:p w14:paraId="5709BEAD" w14:textId="77777777" w:rsidR="009F201E" w:rsidRDefault="009F201E">
            <w:pPr>
              <w:rPr>
                <w:color w:val="FFFFFF"/>
              </w:rPr>
            </w:pPr>
            <w:r>
              <w:rPr>
                <w:b/>
                <w:bCs/>
                <w:color w:val="FFFFFF"/>
              </w:rPr>
              <w:t>Bank name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E4DB73" w14:textId="4F1C1441" w:rsidR="009F201E" w:rsidRDefault="007D7976">
            <w:r>
              <w:t>Barclays Bank</w:t>
            </w:r>
          </w:p>
        </w:tc>
      </w:tr>
      <w:tr w:rsidR="009F201E" w14:paraId="0C3FF615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17365D"/>
            <w:vAlign w:val="center"/>
            <w:hideMark/>
          </w:tcPr>
          <w:p w14:paraId="3B16AF86" w14:textId="77777777" w:rsidR="009F201E" w:rsidRDefault="009F201E">
            <w:pPr>
              <w:rPr>
                <w:color w:val="FFFFFF"/>
              </w:rPr>
            </w:pPr>
            <w:r>
              <w:rPr>
                <w:b/>
                <w:bCs/>
                <w:color w:val="FFFFFF"/>
              </w:rPr>
              <w:t>Account holder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872FB" w14:textId="1AC2FA98" w:rsidR="009F201E" w:rsidRDefault="009F201E">
            <w:r>
              <w:t> </w:t>
            </w:r>
            <w:r w:rsidR="007D7976">
              <w:t>Orford Sailing Club</w:t>
            </w:r>
          </w:p>
        </w:tc>
      </w:tr>
      <w:tr w:rsidR="009F201E" w14:paraId="59EF59B2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17365D"/>
            <w:vAlign w:val="center"/>
            <w:hideMark/>
          </w:tcPr>
          <w:p w14:paraId="0CD03084" w14:textId="77777777" w:rsidR="009F201E" w:rsidRDefault="009F201E">
            <w:pPr>
              <w:rPr>
                <w:color w:val="FFFFFF"/>
              </w:rPr>
            </w:pPr>
            <w:r>
              <w:rPr>
                <w:b/>
                <w:bCs/>
                <w:color w:val="FFFFFF"/>
              </w:rPr>
              <w:t>Sort code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E1E3DD" w14:textId="14BB111C" w:rsidR="009F201E" w:rsidRDefault="001C5ED4">
            <w:r>
              <w:t>20</w:t>
            </w:r>
            <w:r w:rsidR="009F201E">
              <w:t xml:space="preserve"> / </w:t>
            </w:r>
            <w:r>
              <w:t>98</w:t>
            </w:r>
            <w:r w:rsidR="009F201E">
              <w:t xml:space="preserve">/ </w:t>
            </w:r>
            <w:r w:rsidR="00B82346">
              <w:t>07</w:t>
            </w:r>
          </w:p>
        </w:tc>
      </w:tr>
      <w:tr w:rsidR="009F201E" w14:paraId="0EC9CD3D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17365D"/>
            <w:vAlign w:val="center"/>
            <w:hideMark/>
          </w:tcPr>
          <w:p w14:paraId="4E50D549" w14:textId="77777777" w:rsidR="009F201E" w:rsidRDefault="009F201E">
            <w:pPr>
              <w:rPr>
                <w:color w:val="FFFFFF"/>
              </w:rPr>
            </w:pPr>
            <w:r>
              <w:rPr>
                <w:b/>
                <w:bCs/>
                <w:color w:val="FFFFFF"/>
              </w:rPr>
              <w:t>Account number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132046" w14:textId="16698A3A" w:rsidR="009F201E" w:rsidRDefault="00B82346">
            <w:r>
              <w:t>40677124</w:t>
            </w:r>
          </w:p>
        </w:tc>
      </w:tr>
    </w:tbl>
    <w:p w14:paraId="3D96E1CD" w14:textId="77777777" w:rsidR="009F201E" w:rsidRDefault="009F201E">
      <w:pPr>
        <w:rPr>
          <w:lang w:val="en-GB" w:eastAsia="en-GB"/>
        </w:rPr>
      </w:pPr>
    </w:p>
    <w:p w14:paraId="7F2A13DC" w14:textId="77777777" w:rsidR="00BB03E0" w:rsidRDefault="00CF44AA" w:rsidP="00AE52F7">
      <w:r w:rsidRPr="00CF44AA">
        <w:t>Signature: ________________________________</w:t>
      </w:r>
    </w:p>
    <w:p w14:paraId="364B9AA9" w14:textId="77777777" w:rsidR="00BB03E0" w:rsidRDefault="0015026D" w:rsidP="00C9088D">
      <w:r w:rsidRPr="0015026D">
        <w:t>Date: _____________________________________</w:t>
      </w:r>
    </w:p>
    <w:p w14:paraId="25CD023E" w14:textId="77777777" w:rsidR="00BB03E0" w:rsidRDefault="00784A63" w:rsidP="00205B61">
      <w:pPr>
        <w:pStyle w:val="Heading2"/>
      </w:pPr>
      <w:r>
        <w:t>Thank You</w:t>
      </w:r>
    </w:p>
    <w:p w14:paraId="48FD5A1D" w14:textId="77777777" w:rsidR="00BB03E0" w:rsidRDefault="00201B44" w:rsidP="00E53EEE">
      <w:pPr>
        <w:rPr>
          <w:color w:val="17365D"/>
        </w:rPr>
      </w:pPr>
      <w:r w:rsidRPr="00201B44">
        <w:rPr>
          <w:b/>
          <w:bCs/>
          <w:color w:val="17365D"/>
        </w:rPr>
        <w:t>Your support helps Orford Sailing Club encourage young sailors, widen access to the river, care for Club facilities and protect sailing in Orford for future generations.</w:t>
      </w:r>
    </w:p>
    <w:sectPr w:rsidR="00BB03E0" w:rsidSect="00FF32A4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37326327">
    <w:abstractNumId w:val="8"/>
  </w:num>
  <w:num w:numId="2" w16cid:durableId="97065137">
    <w:abstractNumId w:val="6"/>
  </w:num>
  <w:num w:numId="3" w16cid:durableId="515854329">
    <w:abstractNumId w:val="5"/>
  </w:num>
  <w:num w:numId="4" w16cid:durableId="1680232510">
    <w:abstractNumId w:val="4"/>
  </w:num>
  <w:num w:numId="5" w16cid:durableId="1041975445">
    <w:abstractNumId w:val="7"/>
  </w:num>
  <w:num w:numId="6" w16cid:durableId="1647509749">
    <w:abstractNumId w:val="3"/>
  </w:num>
  <w:num w:numId="7" w16cid:durableId="987904596">
    <w:abstractNumId w:val="2"/>
  </w:num>
  <w:num w:numId="8" w16cid:durableId="1114061596">
    <w:abstractNumId w:val="1"/>
  </w:num>
  <w:num w:numId="9" w16cid:durableId="9140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1676"/>
    <w:rsid w:val="0015026D"/>
    <w:rsid w:val="0015074B"/>
    <w:rsid w:val="001C5ED4"/>
    <w:rsid w:val="00201B44"/>
    <w:rsid w:val="00205B61"/>
    <w:rsid w:val="0029639D"/>
    <w:rsid w:val="002F6332"/>
    <w:rsid w:val="00326F90"/>
    <w:rsid w:val="003A3AC7"/>
    <w:rsid w:val="003F7D35"/>
    <w:rsid w:val="0044342D"/>
    <w:rsid w:val="00553255"/>
    <w:rsid w:val="005C55BC"/>
    <w:rsid w:val="00672E07"/>
    <w:rsid w:val="00784A63"/>
    <w:rsid w:val="007B2B9A"/>
    <w:rsid w:val="007D7976"/>
    <w:rsid w:val="007E4269"/>
    <w:rsid w:val="00815821"/>
    <w:rsid w:val="009114EA"/>
    <w:rsid w:val="009470AB"/>
    <w:rsid w:val="009F201E"/>
    <w:rsid w:val="00A1277F"/>
    <w:rsid w:val="00AA1D8D"/>
    <w:rsid w:val="00B47730"/>
    <w:rsid w:val="00B82346"/>
    <w:rsid w:val="00BB03E0"/>
    <w:rsid w:val="00BC6379"/>
    <w:rsid w:val="00C45302"/>
    <w:rsid w:val="00CB0664"/>
    <w:rsid w:val="00CF44AA"/>
    <w:rsid w:val="00D05060"/>
    <w:rsid w:val="00D71417"/>
    <w:rsid w:val="00FC693F"/>
    <w:rsid w:val="00FF3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B350FE"/>
  <w14:defaultImageDpi w14:val="300"/>
  <w15:docId w15:val="{B2328196-C691-4D42-AD92-34098C4EE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60" w:line="200" w:lineRule="atLeast"/>
    </w:pPr>
    <w:rPr>
      <w:rFonts w:ascii="Cambria" w:hAnsi="Cambria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20" w:line="260" w:lineRule="atLeast"/>
      <w:outlineLvl w:val="0"/>
    </w:pPr>
    <w:rPr>
      <w:rFonts w:ascii="Calibri" w:eastAsiaTheme="majorEastAsia" w:hAnsi="Calibri" w:cs="Calibri"/>
      <w:b/>
      <w:bCs/>
      <w:color w:val="365F91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00" w:after="40" w:line="220" w:lineRule="atLeast"/>
      <w:outlineLvl w:val="1"/>
    </w:pPr>
    <w:rPr>
      <w:rFonts w:ascii="Calibri" w:eastAsiaTheme="majorEastAsia" w:hAnsi="Calibri" w:cs="Calibri"/>
      <w:b/>
      <w:bCs/>
      <w:color w:val="4F81BD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60" w:after="20"/>
      <w:outlineLvl w:val="2"/>
    </w:pPr>
    <w:rPr>
      <w:rFonts w:ascii="Calibri" w:eastAsiaTheme="majorEastAsia" w:hAnsi="Calibri" w:cs="Calibri"/>
      <w:b/>
      <w:bCs/>
      <w:color w:val="4F81BD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="Calibri" w:eastAsiaTheme="majorEastAsia" w:hAnsi="Calibri" w:cs="Calibri"/>
      <w:b/>
      <w:bCs/>
      <w:color w:val="365F91"/>
      <w:sz w:val="2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="Calibri" w:eastAsiaTheme="majorEastAsia" w:hAnsi="Calibri" w:cs="Calibri"/>
      <w:b/>
      <w:bCs/>
      <w:color w:val="4F81BD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="Calibri" w:eastAsiaTheme="majorEastAsia" w:hAnsi="Calibri" w:cs="Calibri"/>
      <w:b/>
      <w:bCs/>
      <w:color w:val="4F81BD"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2F633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FF32A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32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Honsec@orfordsail.org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Nick Claydon</cp:lastModifiedBy>
  <cp:revision>2</cp:revision>
  <dcterms:created xsi:type="dcterms:W3CDTF">2026-08-14T17:49:00Z</dcterms:created>
  <dcterms:modified xsi:type="dcterms:W3CDTF">2026-08-14T17:49:00Z</dcterms:modified>
  <cp:category/>
</cp:coreProperties>
</file>